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color w:val="405189"/>
          <w:sz w:val="40"/>
        </w:rPr>
        <w:t>Senior Backend Python dev</w:t>
      </w:r>
    </w:p>
    <w:p>
      <w:r>
        <w:rPr>
          <w:rFonts w:ascii="Arial" w:hAnsi="Arial"/>
          <w:color w:val="64748B"/>
          <w:sz w:val="18"/>
        </w:rPr>
        <w:t>Job Code: JD-1001  |  TA-ATS Talent Acquisition Portal</w:t>
      </w:r>
    </w:p>
    <w:p/>
    <w:p>
      <w:r>
        <w:rPr>
          <w:rFonts w:ascii="Arial" w:hAnsi="Arial"/>
          <w:b/>
          <w:color w:val="1E293B"/>
          <w:sz w:val="24"/>
        </w:rPr>
        <w:t>1. JOB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Job Title: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Senior Backend Python dev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Associated Client: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Alphabridge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Department: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Engineering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Location: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Pune (Hybrid)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Experience Band: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5-8 years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CTC Band: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20-30 LPA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Notice Period: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30 days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Shift: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Day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Working Days: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5 days (Mon-Fri)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Number of Positions: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3</w:t>
            </w:r>
          </w:p>
        </w:tc>
      </w:tr>
      <w:tr>
        <w:tc>
          <w:tcPr>
            <w:tcW w:type="dxa" w:w="3168"/>
          </w:tcPr>
          <w:p>
            <w:r>
              <w:rPr>
                <w:rFonts w:ascii="Arial" w:hAnsi="Arial"/>
                <w:b/>
                <w:color w:val="475569"/>
                <w:sz w:val="20"/>
              </w:rPr>
              <w:t>Priority:</w:t>
            </w:r>
          </w:p>
        </w:tc>
        <w:tc>
          <w:tcPr>
            <w:tcW w:type="dxa" w:w="6480"/>
          </w:tcPr>
          <w:p>
            <w:r>
              <w:rPr>
                <w:rFonts w:ascii="Arial" w:hAnsi="Arial"/>
                <w:color w:val="1E293B"/>
                <w:sz w:val="20"/>
              </w:rPr>
              <w:t>Medium</w:t>
            </w:r>
          </w:p>
        </w:tc>
      </w:tr>
    </w:tbl>
    <w:p/>
    <w:p>
      <w:r>
        <w:rPr>
          <w:rFonts w:ascii="Arial" w:hAnsi="Arial"/>
          <w:b/>
          <w:color w:val="1E293B"/>
          <w:sz w:val="24"/>
        </w:rPr>
        <w:t>REQUIREMENTS &amp; SKILLS</w:t>
      </w:r>
    </w:p>
    <w:p>
      <w:r>
        <w:rPr>
          <w:rFonts w:ascii="Arial" w:hAnsi="Arial"/>
          <w:b/>
          <w:color w:val="475569"/>
          <w:sz w:val="20"/>
        </w:rPr>
        <w:t xml:space="preserve">Must-have Skills: </w:t>
      </w:r>
      <w:r>
        <w:rPr>
          <w:rFonts w:ascii="Arial" w:hAnsi="Arial"/>
          <w:color w:val="1E293B"/>
          <w:sz w:val="20"/>
        </w:rPr>
        <w:t>Python, Django, PostgreSQL</w:t>
      </w:r>
    </w:p>
    <w:p>
      <w:r>
        <w:rPr>
          <w:rFonts w:ascii="Arial" w:hAnsi="Arial"/>
          <w:b/>
          <w:color w:val="475569"/>
          <w:sz w:val="20"/>
        </w:rPr>
        <w:t xml:space="preserve">Good-to-have Skills: </w:t>
      </w:r>
      <w:r>
        <w:rPr>
          <w:rFonts w:ascii="Arial" w:hAnsi="Arial"/>
          <w:color w:val="1E293B"/>
          <w:sz w:val="20"/>
        </w:rPr>
        <w:t>AWS, Docker, Kubernetes</w:t>
      </w:r>
    </w:p>
    <w:p>
      <w:r>
        <w:rPr>
          <w:rFonts w:ascii="Arial" w:hAnsi="Arial"/>
          <w:b/>
          <w:color w:val="475569"/>
          <w:sz w:val="20"/>
        </w:rPr>
        <w:t xml:space="preserve">Qualifications: </w:t>
      </w:r>
      <w:r>
        <w:rPr>
          <w:rFonts w:ascii="Arial" w:hAnsi="Arial"/>
          <w:color w:val="1E293B"/>
          <w:sz w:val="20"/>
        </w:rPr>
        <w:t>B.Tech in Computer Science</w:t>
      </w:r>
    </w:p>
    <w:p>
      <w:r>
        <w:rPr>
          <w:rFonts w:ascii="Arial" w:hAnsi="Arial"/>
          <w:b/>
          <w:color w:val="475569"/>
          <w:sz w:val="20"/>
        </w:rPr>
        <w:t xml:space="preserve">Certifications: </w:t>
      </w:r>
      <w:r>
        <w:rPr>
          <w:rFonts w:ascii="Arial" w:hAnsi="Arial"/>
          <w:color w:val="1E293B"/>
          <w:sz w:val="20"/>
        </w:rPr>
        <w:t>AWS Certified Developer (preferred)</w:t>
      </w:r>
    </w:p>
    <w:p/>
    <w:p>
      <w:r>
        <w:rPr>
          <w:rFonts w:ascii="Arial" w:hAnsi="Arial"/>
          <w:b/>
          <w:color w:val="1E293B"/>
          <w:sz w:val="24"/>
        </w:rPr>
        <w:t>2. WORK DETAILS &amp; RESPONSIBILITIES</w:t>
      </w:r>
    </w:p>
    <w:p>
      <w:r>
        <w:rPr>
          <w:rFonts w:ascii="Arial" w:hAnsi="Arial"/>
          <w:color w:val="1E293B"/>
          <w:sz w:val="20"/>
        </w:rPr>
        <w:t>TA-ATS | Job Description Template</w:t>
      </w:r>
    </w:p>
    <w:p>
      <w:r>
        <w:rPr>
          <w:rFonts w:ascii="Arial" w:hAnsi="Arial"/>
          <w:color w:val="1E293B"/>
          <w:sz w:val="20"/>
        </w:rPr>
        <w:t>Standard format for uploading Job Descriptions. Fill every field, keep the labels unchanged, then upload this file on the Jobs page &amp;mdash; the form auto-fills from it.</w:t>
      </w:r>
    </w:p>
    <w:p>
      <w:r>
        <w:rPr>
          <w:rFonts w:ascii="Arial" w:hAnsi="Arial"/>
          <w:color w:val="1E293B"/>
          <w:sz w:val="20"/>
        </w:rPr>
        <w:t>JOB DETAILS</w:t>
      </w:r>
    </w:p>
    <w:p>
      <w:r>
        <w:rPr>
          <w:rFonts w:ascii="Arial" w:hAnsi="Arial"/>
          <w:color w:val="1E293B"/>
          <w:sz w:val="20"/>
        </w:rPr>
        <w:t>WORK DETAILS &amp; REQUIREMENTS</w:t>
      </w:r>
    </w:p>
    <w:p>
      <w:r>
        <w:rPr>
          <w:rFonts w:ascii="Arial" w:hAnsi="Arial"/>
          <w:color w:val="1E293B"/>
          <w:sz w:val="20"/>
        </w:rPr>
        <w:t>Describe the role: responsibilities, day-to-day work, team, and expectations. Replace this paragraph with the full description.</w:t>
      </w:r>
    </w:p>
    <w:p>
      <w:r>
        <w:rPr>
          <w:rFonts w:ascii="Arial" w:hAnsi="Arial"/>
          <w:color w:val="1E293B"/>
          <w:sz w:val="20"/>
        </w:rPr>
        <w:t>Design, build and maintain scalable backend services and APIs.</w:t>
      </w:r>
    </w:p>
    <w:p>
      <w:r>
        <w:rPr>
          <w:rFonts w:ascii="Arial" w:hAnsi="Arial"/>
          <w:color w:val="1E293B"/>
          <w:sz w:val="20"/>
        </w:rPr>
        <w:t>Own database schema design and query performance (PostgreSQL).</w:t>
      </w:r>
    </w:p>
    <w:p>
      <w:r>
        <w:rPr>
          <w:rFonts w:ascii="Arial" w:hAnsi="Arial"/>
          <w:color w:val="1E293B"/>
          <w:sz w:val="20"/>
        </w:rPr>
        <w:t>Collaborate with frontend, QA and DevOps teams for releases.</w:t>
      </w:r>
    </w:p>
    <w:p>
      <w:r>
        <w:rPr>
          <w:rFonts w:ascii="Arial" w:hAnsi="Arial"/>
          <w:color w:val="1E293B"/>
          <w:sz w:val="20"/>
        </w:rPr>
        <w:t>Mentor junior engineers and participate in code reviews.</w:t>
      </w:r>
    </w:p>
    <w:p>
      <w:r>
        <w:rPr>
          <w:rFonts w:ascii="Arial" w:hAnsi="Arial"/>
          <w:color w:val="1E293B"/>
          <w:sz w:val="20"/>
        </w:rPr>
        <w:t>TA-ATS &amp;middot; Talent Acquisition &amp;mdash; Applicant Tracking System | Keep field labels unchanged for correct auto-fill.</w:t>
      </w:r>
    </w:p>
    <w:p/>
    <w:p>
      <w:r>
        <w:rPr>
          <w:rFonts w:ascii="Arial" w:hAnsi="Arial"/>
          <w:b/>
          <w:color w:val="1E293B"/>
          <w:sz w:val="24"/>
        </w:rPr>
        <w:t>3. SCREENING QUESTIONS &amp; ANSWERS</w:t>
      </w:r>
    </w:p>
    <w:p>
      <w:r>
        <w:rPr>
          <w:rFonts w:ascii="Arial" w:hAnsi="Arial"/>
          <w:b/>
          <w:color w:val="405189"/>
          <w:sz w:val="20"/>
        </w:rPr>
        <w:t xml:space="preserve">Q1: </w:t>
      </w:r>
      <w:r>
        <w:rPr>
          <w:rFonts w:ascii="Arial" w:hAnsi="Arial"/>
          <w:color w:val="1E293B"/>
          <w:sz w:val="20"/>
        </w:rPr>
        <w:t>How many years of hands-on experience do you have with the primary skill for this role?</w:t>
      </w:r>
    </w:p>
    <w:p>
      <w:r>
        <w:rPr>
          <w:rFonts w:ascii="Arial" w:hAnsi="Arial"/>
          <w:b/>
          <w:color w:val="10B981"/>
          <w:sz w:val="20"/>
        </w:rPr>
        <w:t xml:space="preserve">A1: </w:t>
      </w:r>
      <w:r>
        <w:rPr>
          <w:rFonts w:ascii="Arial" w:hAnsi="Arial"/>
          <w:color w:val="334155"/>
          <w:sz w:val="20"/>
        </w:rPr>
        <w:t>3+ years</w:t>
      </w:r>
    </w:p>
    <w:p>
      <w:r>
        <w:rPr>
          <w:rFonts w:ascii="Arial" w:hAnsi="Arial"/>
          <w:b/>
          <w:color w:val="405189"/>
          <w:sz w:val="20"/>
        </w:rPr>
        <w:t xml:space="preserve">Q2: </w:t>
      </w:r>
      <w:r>
        <w:rPr>
          <w:rFonts w:ascii="Arial" w:hAnsi="Arial"/>
          <w:color w:val="1E293B"/>
          <w:sz w:val="20"/>
        </w:rPr>
        <w:t>What is your current notice period?</w:t>
      </w:r>
    </w:p>
    <w:p>
      <w:r>
        <w:rPr>
          <w:rFonts w:ascii="Arial" w:hAnsi="Arial"/>
          <w:b/>
          <w:color w:val="10B981"/>
          <w:sz w:val="20"/>
        </w:rPr>
        <w:t xml:space="preserve">A2: </w:t>
      </w:r>
      <w:r>
        <w:rPr>
          <w:rFonts w:ascii="Arial" w:hAnsi="Arial"/>
          <w:color w:val="334155"/>
          <w:sz w:val="20"/>
        </w:rPr>
        <w:t>30 days or less</w:t>
      </w:r>
    </w:p>
    <w:p>
      <w:r>
        <w:rPr>
          <w:rFonts w:ascii="Arial" w:hAnsi="Arial"/>
          <w:b/>
          <w:color w:val="405189"/>
          <w:sz w:val="20"/>
        </w:rPr>
        <w:t xml:space="preserve">Q3: </w:t>
      </w:r>
      <w:r>
        <w:rPr>
          <w:rFonts w:ascii="Arial" w:hAnsi="Arial"/>
          <w:color w:val="1E293B"/>
          <w:sz w:val="20"/>
        </w:rPr>
        <w:t>Are you comfortable working from the location mentioned in the JD?</w:t>
      </w:r>
    </w:p>
    <w:p>
      <w:r>
        <w:rPr>
          <w:rFonts w:ascii="Arial" w:hAnsi="Arial"/>
          <w:b/>
          <w:color w:val="10B981"/>
          <w:sz w:val="20"/>
        </w:rPr>
        <w:t xml:space="preserve">A3: </w:t>
      </w:r>
      <w:r>
        <w:rPr>
          <w:rFonts w:ascii="Arial" w:hAnsi="Arial"/>
          <w:color w:val="334155"/>
          <w:sz w:val="20"/>
        </w:rPr>
        <w:t>Yes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